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3170: 列队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2023南京市“信息与未来”程序设计小能手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六一儿童节，学校组织同学们去湿地公园参加社会实践。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为了便于管理，所有参加活动的学生平均分成若干小组，每组学生人数相同。考虑到学生实际情况，小组个数至少 2 个且每个小组人数不得少于 5 人。 已知学生总人数为 n ，统计有多少种分组方式。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n，表示学生总人数。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一个整数，表示分组方式总数。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只能平均分成 2 组或 4 组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输入的所有数据保证小于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且保证学生可以被平均分为若干小组。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