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3160: 草地播种（revegetate）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 年中山市东区青少年信息学奥林匹克竞赛小学组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Jimmy 老师家里的储物棚里有四个桶，每个桶里装着一种不同的草种。他想要在每块草地上播种其中一种草。他的 M 头宠物每一头都有两块喜爱的草地，他想要确保这两块草地种植不同种类的草，从而每头宠物都可以有两种草可供选择。Jimmy 已经知道没有一块草地受到多于 3 头宠物的喜爱。请帮助 Jimmy选择每块草地所种的草的种类，使得所有宠物的爱好都得到满足。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  N  和  M  。以下  M  行，每行包含两个范围为 1 到 N 的整数，为 Jimmy 的一头宠物喜欢的两块草地。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 N 位数，每一位均为 1 ~ 4 之一，表示每一块草地上所种的草的种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类。第一位对应草地 1 的草的种类，第二位对应草地 2，以此类推。如果有多种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可行的解，只需输出所有解中最小的  N  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12133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 ≤q N ≤q 100 ;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M ≤q 150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