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media/image1.jpg" ContentType="image/pn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3158: 分数减法（subtraction）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3158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市赛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2023 年中山市东区青少年信息学奥林匹克竞赛小学组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Jimmy 老师觉得像下面这样的分式运算我们小学的同学们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都会，请你编程计算给定的两个分数相减的结果。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r>
        <w:t>图片 1:</w:t>
      </w:r>
    </w:p>
    <w:p>
      <w:r>
        <w:drawing>
          <wp:inline xmlns:a="http://schemas.openxmlformats.org/drawingml/2006/main" xmlns:pic="http://schemas.openxmlformats.org/drawingml/2006/picture">
            <wp:extent cx="4572000" cy="1905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0bvhlsz0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190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 2 个整数 a 和 b，表示一个分数  a/b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 2 个整数 c 和 d，表示一个分数  c/d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个整数，用一个空格隔开，表示结果。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4 7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1 3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5 21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【数据说明】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1 ≤q a &lt; b ≤q 10000 ；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1 ≤q c &lt; d ≤q 10000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输入数据保证计算结果为正。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