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3152: 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2022南京市“信息与未来”程序设计小能手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给定两个数 a 和 b ，求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ep2zr9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输入两个正整数，分别为 a，b。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a 的各个数位与 b 的各个数位相乘的和。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123 45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1×4+1×5+2×4+2×5+3×4+3×5=54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 ≤q a,b ≤q 10^9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