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3139: 统计学生信息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3139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电子学会等级考试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47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电子学会等级考试六级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利用动态链表记录从标准输入输入的学生信息（学号、姓名、性别、年龄、得分、地址）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其中,学号长度不超过 20, 姓名长度不超过 40, 性别长度为 1, 地址长度不超过 40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包括若干行，每一行都是一个学生的信息，如：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00630018 zhouyan m 20 10.0 28#460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输入的最后以end结束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将输入的内容倒序输出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每行一条记录，按照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学号 姓名 性别 年龄 得分 地址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的格式输出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00630018 zhouyan m 20 10 28#4600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0063001 zhouyn f 21 100 28#460000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0063008 zhoyan f 20 1000 28#460000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0063018 zhouan m 21 10000 28#4600000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00613018 zhuyan m 20 100 28#4600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00160018 zouyan f 21 100 28#4600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01030018 houyan m 20 10 28#4600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0630018 zuyan m 21 100 28#4600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10630018 zouan m 20 10 28#46000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end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10630018 zouan m 20 10 28#46000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0630018 zuyan m 21 100 28#4600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01030018 houyan m 20 10 28#4600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00160018 zouyan f 21 100 28#4600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00613018 zhuyan m 20 100 28#4600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0063018 zhouan m 21 10000 28#4600000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0063008 zhoyan f 20 1000 28#460000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0063001 zhouyn f 21 100 28#460000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00630018 zhouyan m 20 10 28#4600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