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3137: 场馆推荐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2021南京市“信息与未来”程序设计小能手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在博物院入口，会对所有同学进行信息采集，将同学们感兴趣的项目记录到大数据平台，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然后根据同学的兴趣爱好，进行场馆推荐。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如果某同学的编号为正整数 n，数据平台会挑选出编号为 n 因子的所有同学感兴趣的项目及场馆信息罗列到电子屏幕。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同学们很想比一比谁被推荐的项目最多。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一行，包含一个正整数 n，表示某同学的入园编号。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一行，包含一个数，表示电子屏中展示的信息中相关学生的数目。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电子屏上会展示入园编号为 1、2、5、10 共 4 个学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生感兴趣的项目。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的测试数据，有  1&lt; n &lt; 1 000 000 000。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