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3126: 由中根序列和先根序列重建二叉树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3126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树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电子学会等级考试七级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给定一棵二叉树的中序遍历和先序遍历，重建该二叉树并输出后序遍历。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第一行输入一个整数 n ，表示二叉树的节点数。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第二行输入 n 个整数，表示二叉树的先序遍历序列。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第三行输入 n 个整数，表示二叉树的中序遍历序列。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 n 个整数，表示重建二叉树后的后序遍历序列。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1 2 4 5 3 6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4 2 5 1 3 6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4 5 2 6 3 1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 ≤q n ≤q 5*10^4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