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3124: 集合问题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电子学会等级考试七级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有一组正整数，总数不超过 1000 ，其中最大值记为 M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现要将它们划分成 N 个集合，使得每个集合的元素之和与  M 的差的绝对值的和最小。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集合 A 中当前各元素之和记为 SUM(A) ，称为 A 的负荷；SUM(A) 与 M 之差的绝对值称为A的负荷与理想负荷的偏差，简称为A的偏差。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把这些整数划分成 N 个集合的方法是：按照从大到小的顺序，依次为每个整数分别选择一个集合；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确定一个整数所属集合时，先计算各集合的负荷，将该整数分配给负荷最小的那个集合。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求使得各集合的偏差之和最小的划分方案中，集合的数目 N 。如果这样的方案不止一种，则输出各方案中，集合数最大的那种方案的集合数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共输入 K+1 个整数。其中第一个整数是 K 代表要划分的整数总数，后面依次是 K 个整数的值。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 不超过 1000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一个整数，代表集合数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2 4 9 12 16 80 28 72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