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3119: 约瑟夫问题2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链表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约瑟夫问题：有 n 只猴子，按顺时针方向围成一圈选大王（编号从 1 到 n ），从第 1 号开始报数，一直数到m，数到 m 的猴子退出圈外，剩下的猴子再接着从 1 开始报数。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就这样，直到圈内只剩下一只猴子时，这个猴子就是猴王，编程求输入 n，m 后，输出最后猴王的编号。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每行是用空格分开的两个整数，第一个是 n， 第二个是 m (0 &lt; m,n &lt;= 300)。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最后一行是：0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对于每行输入数据（最后一行除外)，输出数据也是一行，即最后猴王的编号。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