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3118: 射击气球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市赛区间DP泰州市赛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23年泰州市赛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你在游乐场发现⼀个玩具枪射击气球的游戏，游戏规则如下：有 n 个气球，编号为 0 到 n - 1 ，每个气球上都标有⼀个数字，这些数字存在数组 nums 中。每打破第 i 个气球，你可以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获得 nums[i - 1] × nums[i] × nums[i + 1] 枚硬币，求所能获得硬币的最大数量。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这里的 i - 1 和 i + 1 代表和 i 相邻的两个气球的序号。如果 i - 1 或 i + 1 超出了数组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的边界，那么就当它是⼀个数字为 1 的气球。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第⼀行包含⼀个整数 n，代表 nums 数组的长度；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个整数，代表 nums 数组的元素，以空格隔开。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⼀行，包含⼀个整数，代表获取的最大的硬币数量。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nums = [3,1,5,8] --&gt; [3,5,8] --&gt; [3,8] --&gt; [8] --&gt; []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coins = 3 × 1 × 5 + 3 × 5 × 8 + 1 × 3 × 8 + 1 × 8 × 1 = 167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≤q  每个气球上标的数字  ≤q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