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3115: 平方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3115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23年泰州市赛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你正在做⼀道数学题，这道题的内容涉及到平方数。平方数是⼀个非常神奇的数学概念，它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的定义非常简单：一个数的平方是另⼀个数。例如，4是2的平方，9是3的平方，16是4的平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方，依此类推。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你在⼀张桌子前，桌子上有⼀些纸张和一支笔。你正在考虑⼀个问题：给定⼀个非负整数 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判断是否存在两个整数 a 和 b，使得 a^2 + b^2 = c。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你知道这是⼀个非常有趣的问题，于是你开始思考这个问题。⼀番思索过后，你决定编写⼀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个程序，来判断给定的整数 c 是否是两个整数的平方和。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输⼊框中已经给出了⼀个非负整数 c。你需要编写⼀个程序，来判断是否存在两个整数 a 和 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，使得 a^2 + b^2 = c。如果存在这样的两个整数，则输出 true ，否则输出 false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一行，包含⼀个非负整数 c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一行，输出是否为平方数(输出 true / false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【样例1解释】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1^2 + 2^2 = 1 + 4 =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≤q c &lt; 2^{31}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