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3090: 最大与最小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3090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数组贪心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中山市第三届小学生信息学邀请赛试题T3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有一个只有加法和乘法且一定同时包含这两种运算符的算术式，假设你可以合法的任意加括号，请求出这个算术式能得到的最大值和最小值。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参与运算的数字都是正整数，数字个数不超过 10 。每个数字的大小不超过 10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一行，一个合法的算术式，两项项之间都有一个空格。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第一行为能得到的最大值，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第二行为能得到的最小值。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 + 3 * 5 + 4 =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