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3087: 放鞭炮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数组模拟数学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中山市第二届小学生信息学邀请赛试题T4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小朋友们都喜欢放鞭炮，尤其是男生在春节时，什么爆竹、摔炮还有各种烟花，玩得不亦乐乎。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的春节，小冲就不开心了，因为他在踢足球的时候把脚给扭伤了，现在只能躺在床上听着外面的小伙伴们放鞭炮的声音发呆，他发现，有时会有几个鞭炮同时响，有时却只有一个鞭炮响。爸爸知道小冲是个信息学竞赛爱好者，于是给他出了一个问题：有 3 个人同时开始放鞭炮，甲每 2 秒放一个，乙每 3 秒放一个，丙每 5 秒放一个，每个人都放 10 个鞭炮，你一共能听到多少次鞭炮响声呢？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小冲觉得这个问题太简单了，他想把程序编写得能够满足更有难度的要求：一共有 n 个小朋友同时开始放鞭炮，每个人放鞭炮间隔的时间不同，所放的鞭炮的数量也不同，等到大家都放完自己的鞭炮，一共能听到多少次鞭炮响声呢？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小冲编写这个程序当然没问题，你能编写出来吗？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第一行是一个自然数：n ，表示一共有 n 个小朋友放鞭炮；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然后往下一共有 n 行，每行有两个自然数，i 和 j，表示这个小朋友每 i 秒种放一个鞭炮，一共放 j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只有一个数据：所有小朋友放完鞭炮后，小冲一共听到了多少次鞭炮的响声。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甲小朋友放完 5 个，乙放完 5 个，丙放完 4 个鞭炮后，小冲一共听到了 11 次鞭炮的响声。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取值范围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100，1 ≤ i,j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