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3086: 连续0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中山市第二届小学生信息学邀请赛试题T3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岁的阿尔和 6 岁的爱德华是两兄弟，从小就对炼金术很有兴趣。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一天，阿尔看到哥哥在算乘法，阿尔看了觉得很新奇，怎么哥哥计算出来的结果后面那么多圈圈，原来这是他们温柔的妈妈安排爱德华做的一道数学题，要他计算从 a 到 b 所有整数的乘积。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妈妈看到阿尔看得那么入神，也想考验一下阿尔，对阿尔说：“你能数出哥哥计算的结果末尾的 0 有多少个吗？”，聪明的阿尔把计算结果看了 1秒很快就把正确答案告诉妈妈，你也能和阿尔一样聪明吗？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a 和 b ，求 a 到 b 之间（包含a、b ）所有整数的积末尾有多少个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一行，分别表示 a 和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一行，0 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 a  ≤ b  ≤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