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3084: 神秘的石头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中山市第二届小学生信息学邀请赛试题T1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的上海世博会上，神秘的中山馆门口有一个史前游戏，一块巨石上有一堆神秘的小石头和一个史前的天平，中山的小工作人员正在组织观众们玩一个小游戏——用一个天平和一些石头称出一个物体的重量，当然，每个小石头都是标示出了它的重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这个小游戏不仅挑战了小朋友们的智慧，还提供了很多小奖品，因此小朋友们玩得非常开心。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小博也玩了两次，一次他用 1 个 1 克的石头和 2 个 5 克的石头，称出了一个重量为 11 克的物品。第二次他用 2 个 10 克的石头和 3 个 1 克的石头，称出了一个重量为 17 克的物品。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你能想明白他是怎么称的吗？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聪明的小博继续想，如果给我一定数量的各种石头，我能够称出多少种物品的重量呢？于是他回家后，自己编写了一个程序解决，请你也编写一个程序解决这个问题。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只有一行，共 4 个数字 n1、n2、n3、n4，分别表示 1 克、2 克、5 克、10 克的石头的数量。取值范围：(  0 ≤ n1 , n2,n3, n4 ≤ 500 )。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只有一个数据，由 n1 个 1 克的石头，n2 个 2 克的石头，n3 个 5 克的石头，n4 个 10 克的石头，一共可以称出多少种重的物品的数量。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1 0 0 1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 1 个 1 克的石头，1 个 10 克的石头，一共可以称出 4 种不同的重，分别是：1、9、10、11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如果不满足输出格式得 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的数据： 0 ≤ n1, n2 , n3, n4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另外 50% 的数据：0 ≤ n1, n2 ,n3 , n4 ≤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