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3072: 素数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3072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函数问题字符串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232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2017中山市第九届小学生信息学竞赛试题 T2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输入一个由数字 0 ∼ 9 组成的字符串，找出藏在其中的素数个数。组成素数的数字在原字符串中的位置必须是连续的。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什么是素数？素数就是 2，3，5，7，11，13 ⋯ ，除了 1 和自身没有别的因子。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比如给出的字符串是 12345，藏在字符串所有素数分别是：2，23，3，5，总共 4 个。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再比如给出的字符串是 10002，藏在字符串所有素数分别是：0002，002，02，2，总共 4 个。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一行，一个数字 0 ∼ 9 组成的字符串。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输出藏于字符串中的素数的个数。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【样例提示】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字符串 12345 包含的素数有：2，23，3，5，总共 4 个。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字符串 2222 包含的素数有：2，2，2，2，总共 4 个。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【数据范围】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字符串的长度最大为 10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