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3069: 谁会赢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2016中山市第八届小学生信息学竞赛试题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kqp 发明了一个好玩的游戏，叫 czy 一起玩。但 czy 玩了十几盘，总是输，他想知道是不是从一开始他就注定要输。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这个游戏是这样的，kqp 先写下一排数（既然是一排，当然有首尾咯)。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kqp 和 czy 每次只能从这排数的头或尾取一个数。最后谁取的数的和多，谁就赢了。如果两人的数的总和一样多，先取者胜。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有天 FW 看到他们俩在玩这个游戏，很好奇。他想知道，在两人总是做出最优决策的情况下（两个人的智商都是很高的……），谁能取得最终的胜利呢？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第一行为一个数 k (k ≤ 10)，表示有 k 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k 组测试数据：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每组测试数据中，第一行仅有一个偶数 n (0 &lt; n ≤ 100000)。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第二行也仅有一个数，0 表示 kqp 先取数，1 表示 czy 先取数。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 n 个数，是 kqp 给出的一排数。这 n 个数的绝对值均不超过 10^6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对每组测试数据输出一行，表示在两人总是做出最优决策的情况下，最终的胜利者的名字，即 "kqp" 或 "czy"（引号不输出）。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czy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kqp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的数据，k=1,n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100%，如题所述。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