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3066: 最小距离(average.cpp)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3066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数组数学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2021-2022年中山市东区第一届义务教育段学生信息学邀请赛 T3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Cotton最近遇到了一个举世难题，他要为 YYT 的公司的员工规划居住区的位置。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YYT家里有矿，每天他公司的员工要去上矿。矿分布在一条线段上，总共有 n 个矿，第 i 个矿的距离线段左端点的距离为 a[i] 米。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YYT作为良心企业家，为了减轻公司员工的负担，他希望居住区到每个矿的距离和最小。然而弱小的Cotton并不会这个问题，现在你能帮帮他吗？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第一行一个整数 n ，表示矿的数量。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 n 个整数，第 i 个数 a[i] 表示第 i 个矿距离线段左端点的距离。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一个整数，表示居住区距离线段左端点的距离，单位为米。如果有多个答案请输出最小的。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3 4 5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20% 的数据，n≤100,1≤a[i]≤100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50% 的数据，n≤1000000,1≤a[i]≤100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80% 的数据，n≤1000000,1≤a[i]≤1000000。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100% 的数据，n≤1000000,1≤a[i]≤1000000000。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