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3064: 牧羊人(square.cpp)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2021-2022年中山市东区第一届义务教育段学生信息学邀请赛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Cotton最近在放羊，现在他想做一个羊圈。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做羊圈需要栅栏，Cotton现在有长度为 n 的栅栏，他想造一个长方形或者正方形的羊圈，你能告诉Cotton，用这些栅栏最大能围成多大的面积呢？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一行一个正整数 n，表示栅栏的总长。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一个整数，表示能围成的最大的长方形或者正方形的面积。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 n ≤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 n ≤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n ≤1000000。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数据保证答案为整数。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