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3024: 完美字符串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 “信息与未来” 小学生夏令营编程活动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你可能见过下面这⼀句英文：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“The quick brown fox jumps over the lazy dog.”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短短的⼀句话就包含了所有 26 个英文字母！因此这句话广泛地⽤于字体效果的展示。更短的还有：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“The five boxing wizards jump quickly.”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所以你很好奇：还有没有更多这样包含所有 26 个英⽂字母的句子？于是你用爬虫在互联网上爬取了许多英文文本，并且提取出了其中的单词。你现在希望从⼀个很长的单词序列中找出⼀段连续出现的单词，它满足：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 26 个英文字母都至少出现⼀次；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长度尽可能短，即包含的字母总数尽可能少。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输⼊的第一行包含⼀个整数 n，代表单词序列的长度，即单词的数量。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输⼊的第二行包含 n 个空格分隔的英文单词 (单词仅由小写字母构成)。输入数据保证每个小写英文字母都至少出现⼀次。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输出一行⼀个整数，是你找到的单词序列中的字母总数。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there is a quick brown fox jumping over the lazy dog and cat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的数据，满足 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n ≤ 100, 000。每个单词的长度不超过 10 个字符，且单词全部由小写英文字母 a - z 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