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3022: 迷宫探险 (f.cpp)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2022常州市“信息与未来”程序设计小能手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完成了俱乐部可人老师布置的命题任务，小X决定和朋友们玩一款探险类游戏放松一下心情。这个游戏的场景是在一个地下迷宫中，这个迷宫由 N × N 的网格构成，小X和他的朋友们每人占据一个格子，他们每人带领一支探险队。每一分钟小X会让他的探险队员从上下左右四个方向前往相邻的格子(只要相邻的格子不是障碍物)，同时他的朋友们也会跟小X一样做相同的操作。迷宫中有些格子是空的，而有些格子有自动计分器，最早到达这个格子的队员所属的玩家会得到 1 分，然后这个自动计分器会消失，即之后到达这个格子就不会获得分数，如果有多个玩家的队员同时到达有自动计分器的格子，那么这些玩家都能得到 1 分。现在小X想知道得分最多的玩家得到了多少分，以及所有玩家一共得到了多少分。你可以认为每位玩家的手下都有足够多的探险队员。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N，表示地下迷宫的大小。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 N 个字符，.表示这个格子是个空地，#表示这个格子是个障碍物，@表示开始时有玩家在这个格子，$表示这个格子有自动计分器。除了障碍物所在格子，所有格子均可通行。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输出数据共有两行，每行一个整数，第一行的整数表示得分最多的玩家得到了多少分，第二行的整数表示所有的玩家一共得到了多少分。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@$#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#$#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#$@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一分钟，位于(1,1)的玩家派出的探险队员到达(1,2)得到1分，位于(3,3)的玩家派出的探险队员到达(3,2)得到1分。在第二分钟，两位玩家派出的探险队员同时到达(2,2)，各得1分，之后即使游戏再进行下去也没有意义了，因为他们不可能再得到任何分数。得分最多的玩家得到的分数为2分，所有玩家一共得到了4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对于100%的数据，玩家的数量≤10。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5265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_uisqhq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2658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