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3019: 可能的三角形 (c.cpp)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2022常州市“信息与未来”程序设计小能手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和小 Y 都是龙城学堂的资深学员，为了丰富学弟学妹们的课余生活，小 X 和小 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发明了一个简单的数字游戏。小 Y 有三个正整数 A,B,C(2≤A≤B≤C)，且 A,B,C 刚好构成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一个三角形的三条边。这些数字是保密的，他不会直接透露给小 X。他会告诉小 X 一共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个正整数 x1,x2,x3,x4，其中 2≤x1,x2,x3,x4≤10^{9}，并宣称 x1,x2,x3,x4 每个数必定是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A,B,C,A+B,A+C,B+C 或 A+B+C 之一。为了公平起见，小 Y 不可能撒谎，也就是说他给出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的这些正整数里一定存在至少一组对应的合法的(A,B,C)，满足 A,B,C 恰好是某个三角形的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三条边。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百思不得其解，所以请你来求出有哪些三元组(A,B,C)符合条件。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一行四个用空格隔开的正整数 x1,x2,x3,x4。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三个整数，两数之间严格用一个空格隔开，表示一组可能的(A,B,C)，使得A,B,C恰好是某个三角形的三条边。输出时要求按照A升序输出，如果A相同则按照B升序输出，如果A,B都相同则按照C升序输出。所谓升序是指从小到大的次序，输入数据保证至少有一组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2 4 5 7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对于第一组解，A=2，B=2，C=3，输入的4个数对应的值分别是A,A+B,A+C,A+B+C；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对于第二组解，A=2，B=3，C=4，输入的4个数对应的值分别是A,C,A+B,B+C；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对于第三组解，A=2，B=4，C=5，输入的4个数对应的值分别是A,B,C,A+C；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除此之外不可能存在其它符合条件的三角形了。注意(1,2,4)不可能组成三角形。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8670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j6n0qvv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6709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