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3015: 强连通分量统计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usacoTarjan强连通分量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n 个点，m 条边的有向图，请求出这个图点数大于 1 的强连通分量个数。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第一行为两个整数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第二行至 m+1 行，每一行有两个整数 a 和 b，表示有一条从 a 到 b 的有向边。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仅一行，表示点数大于 1 的强联通分量个数。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对于全部的测试点，保证 2≤ n ≤ 10^4，2≤ m≤ 5× 10^4，1 ≤q a, b ≤q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