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2990: 上升点列（point） [CSP-J 2022]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2990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2022 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在一个二维平面内，给定 n 个整数点 (x_i, y_i)，此外你还可以自由添加 k 个整数点。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你在自由添加 k 个点后，还需要从 n + k 个点中选出若干个整数点并组成一个序列，使得序列中任意相邻两点间的欧几里得距离恰好为 1 而且横坐标、纵坐标值均单调不减，即 xi+1 - x_i = 1, yi+1 = y_i 或 yi+1 - y_i = 1, xi+1 = x_i。请给出满足条件的序列的最大长度。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第一行两个正整数 n, k 分别表示给定的整点个数、可自由添加的整点个数。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行，第 i 行两个正整数 x_i, y_i 表示给定的第 i 个点的横纵坐标。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输出一个整数表示满足要求的序列的最大长度。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#3】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见附件中的 point/point3.in 与 point/point3.ans。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第三个样例满足 k =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#4】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见附件中的 point/point4.in 与 point/point4.ans。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保证对于所有数据满足：1 ≤q n ≤q 500，0 ≤q k ≤q 100。对于所有给定的整点，其横纵坐标 1 ≤q x_i, y_i ≤q {10}^9，且保证所有给定的点互不重合。对于自由添加的整点，其横纵坐标不受限制。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测试点编号n ≤qk ≤qx_i,y_i ≤q1 ∼ 2100103 ∼ 4101001005 ∼ 750001008 ∼ 105000{10}^911 ∼ 1550010010016 ∼ 20500100{10}^9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point.zip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(1.53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