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2988: 分苹果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个同样的苹果分在 N 个同样的篮子里，允许有篮子空着不放，求一共有多少种不同的分法。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说明：3,1,1 和 1,3,1 是一种分法；篮子可以放入的苹果数量没有最大限制。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N。（1 ≤ M,N, ≤ 50）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K ，表示一共有 K 种分苹果的方法。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