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2982: 判定二分图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2982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二分图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东方博宜OJ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给定一张图，图中有 N 个点，点的编号为 1 ∼ N，图中有 M 条无向边，任意两点之间可能有多条边。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请编程判断，该图是否是二分图。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行读入整数 T ，表示本题有 T 组测试数据。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对于每组测试数据，先读入两个整数 N,M。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接下来读入 M 行，每行有两个整数 X,Y 代表点 X,Y 之间有一条无向边。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对于每组数据，输出该图是否是二分图，如果是二分图，请输出 T，不是二分图请输出 F，每个输出占 1 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2 7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T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 T ≤ 5，1 ≤ N,M ≤ 10^5。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