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2853: 寻找道路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2853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图论搜索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NOIP2014 提高组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在有向图 G 中，每条边的长度均为 1，现给定起点和终点，请你在图中找一条从起点到终点的路径，该路径满足以下条件：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路径上的所有点的出边所指向的点都直接或间接与终点连通。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在满足条件 1 的情况下使路径最短。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注意：图 G 中可能存在重边和自环，题目保证终点没有出边。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请你输出符合条件的路径的长度。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第一行有两个用一个空格隔开的整数 n 和 m，表示图有 n 个点和 m 条边。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m 行每行 2 个整数 x,y，之间用一个空格隔开，表示有一条边从点 x 指向点 y。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最后一行有两个用一个空格隔开的整数 s,t，表示起点为 s，终点为 t。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输出只有一行，包含一个整数，表示满足题目描述的最短路径的长度。如果这样的路径不存在，输出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解释1：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如上图所示，箭头表示有向道路，圆点表示城市。起点 1 与终点 3 不连通，所以满足题目描述的路径不存在，故输出 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解释2：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如上图所示，满足条件的路径为 1→ 3→ 4→ 5。注意点 2 不能在答案路径中，因为点 2 连了一条边到点 6，而点 6 不与终点 5 连通。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的数据，0 &lt; n≤10，0 &lt; m≤ 20。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的数据，0 &lt; n≤100，0 &lt; m≤ 2000。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的数据，0 &lt; n≤ 10^4，0 &lt; m≤ 2× 10^5，0 &lt; x,y,s,t≤ n,x,s≠ t。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1425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xrzm97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425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320590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j4pl3qg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20590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