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2843: 程序自动分析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2843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NOI离散化并查集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537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NOI2015 day1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在实现程序自动分析的过程中，常常需要判定一些约束条件是否能被同时满足。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考虑一个约束满足问题的简化版本：假设 x_1,x_2,x_3,·s 代表程序中出现的变量，给定 n 个形如 x_i=x_j 或 x_i≠ x_j 的变量相等/不等的约束条件，请判定是否可以分别为每一个变量赋予恰当的值，使得上述所有约束条件同时被满足。例如，一个问题中的约束条件为：x_1=x_2,x_2=x_3,x_3=x_4,x_4≠ x_1，这些约束条件显然是不可能同时被满足的，因此这个问题应判定为不可被满足。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现在给出一些约束满足问题，请分别对它们进行判定。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输入的第一行包含一个正整数 t，表示需要判定的问题个数。注意这些问题之间是相互独立的。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对于每个问题，包含若干行：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第一行包含一个正整数 n，表示该问题中需要被满足的约束条件个数。接下来 n 行，每行包括三个整数 i,j,e，描述一个相等/不等的约束条件，相邻整数之间用单个空格隔开。若 e=1，则该约束条件为 x_i=x_j。若 e=0，则该约束条件为 x_i≠ x_j。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输出包括 t 行。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输出文件的第 k 行输出一个字符串 YES 或者 NO（字母全部大写），YES 表示输入中的第 k 个问题判定为可以被满足，NO 表示不可被满足。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【样例解释1】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在第一个问题中，约束条件为：x_1=x_2,x_1≠ x_2。这两个约束条件互相矛盾，因此不可被同时满足。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在第二个问题中，约束条件为：x_1=x_2,x_1 = x_2。这两个约束条件是等价的，可以被同时满足。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【样例说明2】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在第一个问题中，约束条件有三个：x_1=x_2,x_2= x_3,x_3=x_1。只需赋值使得 x_1=x_2=x_3，即可同时满足所有的约束条件。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在第二个问题中，约束条件有四个：x_1=x_2,x_2= x_3,x_3=x_4,x_4≠ x_1。由前三个约束条件可以推出 x_1=x_2=x_3=x_4，然而最后一个约束条件却要求 x_1≠ x_4，因此不可被满足。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【数据范围】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测试点 1,2 满足：1 ≤ n ≤ 10，1 ≤ i,j ≤ 10,000；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测试点 3,4 满足：1 ≤ n ≤ 100，1 ≤ i,j ≤ 10,000；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测试点 5,6,7 满足：1 ≤ n ≤ 100,000，1 ≤ i,j ≤ 10,000；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测试点 8,9,10 满足：1 ≤ n ≤ 1,000,000，1 ≤ i,j ≤ 1000,000,000；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对于所有的数据满足： 1 ≤ t ≤ 10, e ∈ {0,1}。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