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2834: 开会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2834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图论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267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东方博宜OJ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有 N 个村庄，编号为 1 ∼ N，其中有 K 个村庄驻扎着我军部队，村庄之间通过 M 条有向路连接。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现这 K 个部队的队长需要选择一个村庄一起开军事会议，安排接下来的作战计划。作为开会地点的村庄需满足，所有的队长可以从自己所驻扎的村庄沿着有向路，都可以汇集到该村庄。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请编程计算出，有多少个村庄满足条件？（注意，只需要考虑所有队长可以汇集到该村庄，不需要考虑队长返程的问题）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行，有 3 个整数 K,N,M，含义如题所述；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K 行，每行包含一个整数，分别代表每个部队所驻扎的村庄编号；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M 行，每行包含 2 个整数 X,Y，用空格隔开，表示编号为 X 的村庄到编号为 Y 的村庄之间，存在一条有向路。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输出一个整数，代表可以作为开会点的村庄数量。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2 4 4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3 4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 1 说明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编号为 3 和 4 的村庄，可以作为开会的地点。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≤ K ≤ 100，1 ≤ N ≤ 1000，1 ≤ M ≤ 10000，1 ≤ X,Y ≤ N 且 X ≠ Y，X 和 Y 之间不存在相同的有向路；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