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2795: 字符串的展开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2795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 2007 提高第二题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在初赛普及组的“阅读程序写结果”的问题中，我们曾给出一个字符串展开的例子：如果在输入的字符串中，含有类似于 d-h 或者 4-8 的字串，我们就把它当作一种简写，输出时，用连续递增的字母或数字串替代其中的减号，即，将上面两个子串分别输出为 defgh 和 45678。在本题中，我们通过增加一些参数的设置，使字符串的展开更为灵活。具体约定如下：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(1) 遇到下面的情况需要做字符串的展开：在输入的字符串中，出现了减号 - ，减号两侧同为小写字母或同为数字，且按照 ASCII 码的顺序，减号右边的字符严格大于左边的字符。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(2) 参数 p_1：展开方式。p_1=1 时，对于字母子串，填充小写字母；p_1=2 时，对于字母子串，填充大写字母。这两种情况下数字子串的填充方式相同。p_1=3 时，不论是字母子串还是数字字串，都用与要填充的字母个数相同的星号 * 来填充。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(3) 参数 p_2：填充字符的重复个数。p_2=k 表示同一个字符要连续填充 k 个。例如，当 p_2=3 时，子串d-h 应扩展为 deeefffgggh。减号两边的字符不变。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(4) 参数 p_3：是否改为逆序：p_3=1 表示维持原来顺序，p_3=2 表示采用逆序输出，注意这时候仍然不包括减号两端的字符。例如当 p_1=1、p_2=2、p_3=2 时，子串 d-h 应扩展为 dggffeeh。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(5) 如果减号右边的字符恰好是左边字符的后继，只删除中间的减号，例如：d-e 应输出为 de，3-4 应输出为 34。如果减号右边的字符按照 ASCII 码的顺序小于或等于左边字符，输出时，要保留中间的减号，例如：d-d 应输出为 d-d，3-1 应输出为 3-1。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行为用空格隔开的 3 个正整数，依次表示参数 p_1,p_2,p_3。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行为一行字符串，仅由数字、小写字母和减号 - 组成。行首和行末均无空格。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共一行，为展开后的字符串。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的数据满足：字符串长度不超过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的数据满足：1  ≤  p_1  ≤  3,1  ≤  p_2  ≤  8,1  ≤  p_3  ≤  2。字符串长度不超过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2007 提高第二题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