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2750: 游船上的乘客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2750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动态规划背包搜索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东方博宜OJ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秋高气爽，信奥班的同学们来到美丽的市区公园游玩。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公园的小湖中飘荡着造型各异的各种游船，同学们都想乘船一览湖光山色的美景。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信奥班一共来了 n 名同学，可惜的是一艘船乘坐不了这么多人。经过工作人员确认，需要有 m 名同学搭乘另一艘船。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作为一个资深的 OIer，小 A 每时每刻都在思考各类编程模型；此情此景，小 A 想到了一个问题：如果已知每位同学的体重为 a_i，从 n 个同学中，先移除 m 名同学；剩余的同学中任意选择 1 人或 多人，这些同学最多能组合出多少种不同的体重和？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行为有两个整数 n 和 m，n 表示同学总人数，m表示要移除的同学人数，用空格分隔。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行有 n 个正整数 a_1, a_2, a_3,… , a_n，表示每个同学的体重。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仅包括 1 个整数，表示移除 m 人后，剩余的同学任意组合，最多能组合出的不同体重和的数量。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【样例说明】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位同学，移除一位体重为 2 的同学，剩余的两名同学体重分别为 1 和 2，可以组合出的体重和有 1,2,3 共 3 种不同的答案。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【数据规模】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20% 的数据，m=0。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50% 的数据，m≤q 1，n≤q 10。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的数据，n≤q 20， m≤q 4，m &lt; n，a_i≤q 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