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2662: 指定数出现的次数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2662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个整数，再给定 M 次询问，每次询问给出一个整数 X ，请求出针对每次询问，整数 X 在 N 个整数中出现的次数。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行读入一个整数 N 和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行读入 N 个整数，整数之间用空格隔开。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行读入 M 个整数，整数之间用空格隔开。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个整数，用空格隔开，第 i 个整数，代表针对第 i 次询问的结果。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1 2 1 3 1 2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2 3 1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N,M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读入的 N 个整数和 M 次询问的值均在 [1,10^9] 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