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2661: 差为给定的数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2661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给定一组整数，再另外给定一个整数 T，请编程计算出，这组整数中，两数之差为 T 的数对，有多少组？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请注意：不同位置的数字一样的数对算不同的数对。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第一行，两个整数 N,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一个整数，表示数组中包含的满足 A - B = T 的数对的个数。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的数据，1 ≤q N ≤q 2000。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≤q N ≤q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保证所有输入数据绝对值小于 2^{30}，且 T ≥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