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2578: 约数求和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2578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POJ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 AB 的所有约数之和 mod 9901。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输入两个整数 A,B。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输出答案  mod 9901。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样例说明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2^3=8，8 的所有约数为 1,2,4,8，1+2+4+8=15,15 mod 9901=15，因此输出 15。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数据范围与提示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对于全部数据，0≤A,B≤5 × 10^7。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