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2577: 同余方程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求关于 x 的同余方程 a*x≡1(mod b) 的最小正整数解。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输入只有一行，包含两个正整数 a,b，用一个空格隔开。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输出只有一行，包含一个正整数 x_0 ，即最小正整数解。输入数据保证一定有解。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7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数据范围与提示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40% 的数据，有 2≤b≤1000；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 60% 的数据，有 2≤b≤50000000；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 100% 的数据，有 2≤a,b≤2000000000。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