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2574: 最大连续和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2574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单调队列优化DP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229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给你一个长度为 n 的整数序列 {A_1,A_2,⋯,A_n}，要求从中找出一段连续的长度不超过 m 的子序列，使得这个序列的和最大。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第一行为两个整数 n,m。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第二行为 n 个用空格分开的整数序列，每个数的绝对值都小于 1000。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仅一个整数，表示连续长度不超过 m 的最大子序列和。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1 -3 5 1 -2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7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数据范围与提示：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50% 的数据，1≤N,M≤10^4。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的数据，1≤N,M≤2 × 10^5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