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2570: 最远点对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2570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树形DP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402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给定一棵 n 个结点的带权树（结点编号 1 ∼ n），树上的每条边都有一个权值。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请求出该树上的最远点对的路径长度。最远点对的定义是树上任意取 2 个结点，这 2 个结点之间的路径长度最长。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行有一个整数 n （1≤n≤10^5）。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n-1 行每行有 3 个整数 x,y,z，表示结点 x 到 结点 y 之间有一条长度为 z 的边。(1≤x,y≤n，x ≠ y，-10^4≤z≤10^4)。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输出一个整数，代表最远点对之间的距离。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2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2 中所有边的权值均为负数，可以选择相同的点对，比如选择 1 到 1，也就是自己到自己不移动，得到路径长度为 0 ，也是允许的。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