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2569: 没有上司的舞会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2569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树形DP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488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某大学有 n 个职员，编号为 1… n。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他们之间有从属关系，也就是说他们的关系就像一棵以校长为根的树，父结点就是子结点的直接上司。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现在有个周年庆宴会，宴会每邀请来一个职员都会增加一定的快乐指数 ri，但是呢，如果某个职员的直接上司来参加舞会了，那么这个职员就无论如何也不肯来参加舞会了。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所以，请你编程计算，邀请哪些职员可以使快乐指数最大，求最大的快乐指数。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输入的第一行是一个整数 n。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2 到第 (n + 1) 行，每行一个整数，第 (i+1) 行的整数表示 i 号职员的快乐指数 r_i。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(n + 2) 到第 2n 行，每行输入一对整数 l, k，代表 k 是 l 的直接上司。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输出一行一个整数代表最大的快乐指数。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【数据范围】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的数据，保证 1≤q n ≤q 6 × 10^3，-128 ≤q r_i≤q 127，1 ≤q l, k ≤q n，且给出的关系一定是一棵树。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