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2562: 修剪草坪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单调队列优化DPusaco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usaco2011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在一年前赢得了小镇的最佳草坪比赛后，FJ变得很懒，再也没有修剪过草坪。现在，新一轮的最佳草坪比赛又开始了，FJ希望能够再次夺冠。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然而，FJ的草坪非常脏乱，因此，FJ只能够让他的奶牛来完成这项工作。FJ有 N(1 ≤ N ≤ 100,000)只排成一排的奶牛，编号为 1...N 。每只奶牛的效率是不同的，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 i 的效率为 E_i (0 ≤ E_i ≤ 1,000,000,000)。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靠近的奶牛们很熟悉，因此，如果 FJ 安排超过 K 只连续的奶牛，那么，这些奶牛就会罢工去开派对:)。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因此，现在FJ需要你的帮助，计算FJ可以得到的最大效率，并且该方案中没有连续的超过 K 只奶牛。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第一行：空格隔开的两个整数 N 和 K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第二到 N+1 行：第 i+1 行有一个整数 E_i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第一行：一个值，表示 FJ 可以得到的最大的效率值。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FJ 有 5 只奶牛，效率分别为 1、2、3、4、5。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FJ 希望选取的奶牛效率总和最大，但是他不能选取超过 2 只连续的奶牛。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因此可以选择第三只以外的其他奶牛，总的效率为 1 + 2 + 4 + 5 =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