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2557: 幂次求和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2557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数位DP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187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求给定区间 [X,Y] 中满足下列条件的整数个数：这个数恰好等于 K 个互不相等的 B 的整数次幂之和。例如，设 X=15,Y=20,K=2,B=2，则有且仅有下列三个数满足题意：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17=24+20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18=24+21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20=24+22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第一行包含两个整数 X 和 Y，接下来两行包含整数 K 和 B。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只包含一个整数，表示满足条件的数的个数。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15 20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对于全部数据，1≤X≤Y≤231−1,  1≤K≤20,2≤B≤10。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