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media/image2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2556: 皇宫看守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2556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树形DP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太平王世子事件后，陆小凤成了皇上特聘的御前一品侍卫。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皇宫以午门为起点，直到后宫嫔妃们的寝宫，呈一棵树的形状，某些宫殿间可以互相望见。大内保卫森严，三步一岗，五步一哨，每个宫殿都要有人全天候看守，在不同的宫殿安排看守所需的费用不同。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可是陆小凤手上的经费不足，无论如何也没法在每个宫殿都安置留守侍卫。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帮助陆小凤布置侍卫，在看守全部宫殿的前提下，使得花费的经费最少。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498953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h10yfdb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98953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输入中数据描述一棵树，描述如下：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 n，表示树中结点的数目。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第二行至第 n+1 行，每行描述每个宫殿结点信息，依次为：该宫殿结点标号 i(0&lt; i ≤ n)，在该宫殿安置侍卫所需的经费 k，该边的儿子数 m，接下来 m 个数，分别是这个节点的 m 个儿子的标号r_1,r_2,⋯,r_m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对于一个 n 个结点的树，结点标号在 1 到 n 之间，且标号不重复。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输出一个整数，代表最少的经费。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1 30 3 2 3 4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2 16 2 5 6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3 5 0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4 4 0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5 11 0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6 5 0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25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样例解释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有六个区域被安排的情况如左图所示。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如右图，灰色点安排了警卫，2 号警卫可以观察 1,2,5,6，3 号警卫可以观察 1,3，4 号警卫可以观察 1,4。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总费用：16+5+4=25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的数据，0 &lt; n ≤ 1500。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2780567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_tqrlmza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780567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