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2554: 数字转换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如果一个数 x 的约数和 y （不包括他本身）比他本身小，那么 x 可以变成 y，y 也可以变成 x。例如 4 可以变为 3，1 可以变为 7。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限定所有数字变换在不超过 n 的正整数范围内进行，求不断进行数字变换且不出现重复数字的最多变换步数。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输出不断进行数字变换且不出现重复数字的最多变换步数。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一种方案为 4→3→1→7。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的数据，1≤n≤50000。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