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2537: 文章处理（article）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字符串set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侦探小 A 发现了一篇奇怪的文章，这篇文章中有他正在侦办的案件的线索。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但是这篇文章实在是太长了，分析非常需要时间，于是他找到了会编程的你，请你帮忙完成如下任务。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将这篇只包含英文单词和空格组成的文章中的所有的单词，去除重复的单词后，按字典码从小到大排序后输出。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一行仅包含英文单词和空格的字符串。（单词数≤100，单词长度≤50，单词之间包含 1 个或多个空格）。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按题意要求输出处理后的结果，输出有若干行，每行有一个单词。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