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2497: 排队布局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一本通提高差分约束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当排队等候喂食时，奶牛喜欢和它们的朋友站得靠近些。FJ 有 N 头奶牛，编号从 1 到 N，沿一条直线站着等候喂食。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奶牛排在队伍中的顺序和它们的编号是相同的。因为奶牛相当苗条，所以可能有两头或者更多奶牛站在同一位置上。即使说，如果我们想象奶牛是站在一条数轴上的话，允许有两头或更多奶牛拥有相同的横坐标。一些奶牛相互间存有好感，它们希望两者之间的距离不超过一个给定的数 L。另一方面，一些奶牛相互间非常反感，它们希望两者间的距离不小于一个给定的数 D。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给出 ML 条关于两头奶牛间有好感的描述，再给出 MD 条关于两头奶牛间存有反感的描述。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你的工作是：如果不存在满足要求的方案，输出 −1；如果 1 号奶牛和 N 号奶牛间的距离可以任意大，输出 −2；否则，计算出在满足所有要求的情况下，1 号奶牛和 N 号奶牛间可能的最大距离。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第一行三个整数 N, ML , MD  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ML 行，每行三个正整数 A,B,D，表示奶牛 A 和奶牛 B 至多相隔 D 的距离；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MD 行，每行三个正整数 A,B,D，表示奶牛 A 和奶牛 B 至少相隔 D 的距离。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数据范围: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对于全部数据，2≤N≤1000,1≤ML,MD≤104,1≤L,D≤106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如果不存在满足要求的方案，输出 −1；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 1 号奶牛和 N 号奶牛间的距离可以任意大，输出 −2；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否则，计算出在满足所有要求的情况下，1 号奶牛和 N 号奶牛间可能的最大距离。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2 4 20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样例说明：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这四头牛分别位于 0,7,10,27。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对于全部数据，2 ≤ N ≤ 1000,1 ≤ M_L,MD ≤ 10^4,1 ≤ L,D ≤ 10^6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