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2494: 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差分约束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bzoj2330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幼儿园里有 N 个小朋友，老师现在想要给这些小朋友们分配糖果，要求每个小朋友都要分到糖果。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但是小朋友们也有嫉妒心，总是会提出一些要求，比如小明不希望小红分到的糖果比他的多，于是在分配糖果的时候， 老师需要满足小朋友们的 K 个要求。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幼儿园的糖果总是有限的，老师想知道他至少需要准备多少个糖果，才能使得每个小朋友都能够分到糖果，并且满足小朋友们所有的要求。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输入的第一行是两个整数 N,K。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K 行，表示分配糖果时需要满足的关系，每行 3 个数字 X,A,B。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X=1，表示第 A 个小朋友分到的糖果必须和第 B 个小朋友分到的糖果一样多。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X=2，表示第 A 个小朋友分到的糖果必须少于第 B 个小朋友分到的糖果。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X=3，表示第 A 个小朋友分到的糖果必须不少于第 B 个小朋友分到的糖果。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X=4，表示第 A 个小朋友分到的糖果必须多于第 B 个小朋友分到的糖果。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X=5，表示第 A 个小朋友分到的糖果必须不多于第 B 个小朋友分到的糖果。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小朋友编号从 1 到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1≤N&lt;105 ,1≤K≤105,1≤X≤5,1≤A,B≤N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输出一行，表示老师至少需要准备的糖果数，如果不能满足小朋友们的所有要求，就输出 −1。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