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2486: 掷骰子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 “信息与未来” 小学生夏令营编程活动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骰子是⼀个正六面体（立方体），每一面上有圆点表示的数字（圆点的数量表示数字的大小）。⼀个普通的骰子的六个面上分别有 1-6 这 6 个不同的数字：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但是今天你得到了一个特殊的骰子，虽然每个面上的数字依然是 1-6 之间的一个，但不同⾯上的数字却可能重复。为了还原骰子上的数字，你使用摄像头从不同角度拍摄了多张骰子的照片（骰子可能在空间中任意翻转）。但限于摄像头的角度，你拍摄的每张照片都只能拍到骰子的三个面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你需要根据摄像头拍摄到的多张照片，推断出骰子每个面上可能的数字。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198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x2vql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19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输入数据的第一行为一个整数 n ，代表摄像头拍摄的次数。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行，每行三个整数x,y,z(1≤x,y,z≤6)，代表一次摄像机拍摄到骰子个面上的数字，如下图所示：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输入数据保证所有的 x,y,z 都是从同一个骰子拍摄得到的。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0842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q4n2hw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842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输出一行两个整数（中间用一个空格隔开），分别表示满足摄像头拍摄到结果的骰子上数字和的最小值和最大值。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1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解释：我们知道骰⼦上⾄少有三个 1、两个 2。剩下的数字可能是 1 也可能是 6。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2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解释：这是⼀个 “普通” 的骰⼦，1-6 这些数字恰好出现⼀次。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20% 的数据，n ≤ 1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的数据，0 ≤ n ≤ 20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