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2484: 连接岛屿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海面上有 2 个岛屿，通过卫星图像能显示出两个岛屿的形状，比如，下图中的'.'代表该位置是海水，'X'代表该位置是陆地，也就是岛屿的一部分。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..XXXX....XXX...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...XXXX....XX...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.XXXX......XXX..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........XXXXX...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.........XXX....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上下左右相邻的'X'形成一整座岛屿，请问，如果需要使得两座岛屿连接在一起，至少要将几个海水的位置填成陆地。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比如，上述的图中，只需要将如下三个位置（用'*'表示）填为陆地，就可以使得两座岛屿连接。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..XXXX....XXX...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...XXXX*...XX...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.XXXX..**..XXX..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........XXXXX...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.........XXX....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第一行包含两个整数 N 和 M。（1≤N,M≤50）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输出一个整数，代表至少要填的海水位置的数量。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..XXXX....XXX...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...XXXX....XX...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.XXXX......XXX..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........XXXXX...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.........XXX....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