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2481: 社交距离(2)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2481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usaco二分贪心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USACO 2020 US Open Contest, Bronze Problem 2. Social Distancing II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由于高传染性的牛传染病 COWVID-19 的爆发，Farmer John 非常担忧他的奶牛们的健康。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尽管他尽了最大努力使他的 N 头奶牛们（1≤N≤1000）践行“社交距离”，还是有许多奶牛不幸染上了疾病。编号为 1…N 的奶牛们分别位于一条长直道路上的不同位置（相当于一维数轴），奶牛 i 位于位置 xi。Farmer John 知道存在一个半径 R，任何与一头被感染的奶牛距离不超过 R 单位的奶牛也会被感染（然后会传染给与其距离 R 单位内的奶牛，以此类推）。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不幸的是，Farmer John 并不确切知道 R 的值。他只知道他的哪些奶牛被感染了。给定这个数据，求出起初感染疾病的奶牛的最小数量。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输入的第一行包含 N。以下 N 行每行用两个整数 x 和 s 描述一头奶牛，其中 x 为位置（0≤x≤106），s 为 0 表示健康的奶牛，1 表示染病的奶牛，并且所有可能因传播而染病的奶牛均已染病。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输出在疾病开始传播之前已经得病的奶牛的最小数量。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15 1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10 0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6 1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【样例解释】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在这个例子中，我们知道 R &lt; 3，否则位于位置 7 的奶牛会传染给位于位置 10 的奶牛。所以，至少 3 头奶牛初始时已被感染：位于位置 1 和 3 的两头奶牛中的一头，位于位置 6 和 7 的两头奶牛中的一头，以及位于位置 15 的奶牛。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