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2479: 恢复密码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2479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小 A 同学设置了 n 个互不相等的整数，作为自己电脑的密码，且这 n 个数是数字 1 ∼ n 的全排列。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为了防止自己遗忘，他写出一组数作为提示信息，这组数有 n-1 个数字，其中第 i 个数是用密码的第 i 位和第 i+1 位相加得到的。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比如，假设密码为  1,3,5,4,2 ，则提示信息为：4,8,9,6 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请你根据提示信息，计算出小 A 的密码，如果有多种可能的解，你只需要输出字典码最小的那组解。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全排列指的是：将数字 1 ∼ n 全部打乱，这组数必定包含 1 ∼ n 的每个数，且不重复。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输入的第一行包含一个整数 N （2≤N≤10^3）；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N−1 个空格分隔的整数，数组中的每个数 A_i 满足1 ≤ A_i ≤ 2000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 N 个空格分隔的整数。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4 8 9 6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1 3 5 4 2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