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2477: 两段和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2477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动态规划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基础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202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/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给定 n 个整数，请从 n 个整数中选择互不相交的 2 个连续的区间，使得这两个区间的所有数的和尽可能大。 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请问这个最大和是多少？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第一行一个正整数 n ，表示整数数量。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接下来一行有 n 个整数 a_i。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输出最大和。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7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2 -4 3 -1 2 -4 3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7</w:t>
      </w:r>
    </w:p>
    <w:p>
      <w:pPr>
        <w:pStyle w:val="Heading1"/>
      </w:pPr>
      <w:r>
        <w:t>提示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【样例解释】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选 [3,5] 和 [7,7] 两段的和是最大的。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【数据范围】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对于 30% 的数据，n≤100；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对于另外 30% 的数据，n≤1000；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对于 100% 的数据，n≤10^5，−10^9≤a_i≤10^9。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